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Silver Linings Psychedelic-Assisted Therapy Study Guide — October 2025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